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CDA8B" w14:textId="77777777" w:rsidR="002A6887" w:rsidRPr="00693859" w:rsidRDefault="78F6D32A" w:rsidP="00693859">
      <w:pPr>
        <w:pStyle w:val="Title"/>
        <w:spacing w:after="0"/>
        <w:rPr>
          <w:sz w:val="22"/>
          <w:szCs w:val="22"/>
        </w:rPr>
      </w:pPr>
      <w:r w:rsidRPr="00693859">
        <w:rPr>
          <w:sz w:val="22"/>
          <w:szCs w:val="22"/>
        </w:rPr>
        <w:t>Grade 6 Math - Large Number Word Problems</w:t>
      </w:r>
    </w:p>
    <w:p w14:paraId="7E221865" w14:textId="03F027AD" w:rsidR="002A6887" w:rsidRPr="00693859" w:rsidRDefault="78F6D32A" w:rsidP="00693859">
      <w:pPr>
        <w:spacing w:before="240" w:after="0" w:line="240" w:lineRule="auto"/>
      </w:pPr>
      <w:r w:rsidRPr="00693859">
        <w:t>Name: ____________________________</w:t>
      </w:r>
      <w:r w:rsidR="00701E1C" w:rsidRPr="00693859">
        <w:br/>
      </w:r>
      <w:r w:rsidRPr="00693859">
        <w:rPr>
          <w:b/>
          <w:bCs/>
        </w:rPr>
        <w:t>Show your work for each question.</w:t>
      </w:r>
      <w:r w:rsidR="00701E1C" w:rsidRPr="00693859">
        <w:br/>
      </w:r>
    </w:p>
    <w:p w14:paraId="3DEDB081" w14:textId="77777777" w:rsidR="002A6887" w:rsidRDefault="78F6D32A" w:rsidP="00693859">
      <w:pPr>
        <w:spacing w:before="240"/>
      </w:pPr>
      <w:r>
        <w:t>1. A school fundraiser raised 18,475 dollars in September and 22,689 dollars in October. How much money was raised altogether?</w:t>
      </w:r>
    </w:p>
    <w:p w14:paraId="448ED595" w14:textId="6CFE1A2C" w:rsidR="78F6D32A" w:rsidRDefault="78F6D32A" w:rsidP="00693859">
      <w:pPr>
        <w:spacing w:before="240"/>
      </w:pPr>
    </w:p>
    <w:p w14:paraId="0E3EBF2D" w14:textId="77777777" w:rsidR="002A6887" w:rsidRDefault="78F6D32A" w:rsidP="00693859">
      <w:pPr>
        <w:spacing w:before="240"/>
      </w:pPr>
      <w:r>
        <w:t>2. A library had 84,920 books. It purchased 7,845 new books. How many books does the library have now?</w:t>
      </w:r>
    </w:p>
    <w:p w14:paraId="3105D371" w14:textId="63DF1C84" w:rsidR="78F6D32A" w:rsidRDefault="78F6D32A" w:rsidP="00693859">
      <w:pPr>
        <w:spacing w:before="240"/>
      </w:pPr>
    </w:p>
    <w:p w14:paraId="5DF50F0B" w14:textId="77777777" w:rsidR="002A6887" w:rsidRDefault="78F6D32A" w:rsidP="00693859">
      <w:pPr>
        <w:spacing w:before="240"/>
      </w:pPr>
      <w:r>
        <w:t>3. A concert attracted 12,675 people on Friday and 14,238 people on Saturday. How many people attended over the two days?</w:t>
      </w:r>
    </w:p>
    <w:p w14:paraId="5B257276" w14:textId="2E0349CF" w:rsidR="78F6D32A" w:rsidRDefault="78F6D32A" w:rsidP="00693859">
      <w:pPr>
        <w:spacing w:before="240"/>
      </w:pPr>
    </w:p>
    <w:p w14:paraId="1D1FD81E" w14:textId="77777777" w:rsidR="002A6887" w:rsidRDefault="78F6D32A" w:rsidP="00693859">
      <w:pPr>
        <w:spacing w:before="240"/>
      </w:pPr>
      <w:r>
        <w:t>4. A community garden harvested 9,875 tomatoes in July and 8,460 in August. How many tomatoes were harvested altogether?</w:t>
      </w:r>
    </w:p>
    <w:p w14:paraId="266BFADC" w14:textId="234F6461" w:rsidR="78F6D32A" w:rsidRDefault="78F6D32A" w:rsidP="00693859">
      <w:pPr>
        <w:spacing w:before="240"/>
      </w:pPr>
    </w:p>
    <w:p w14:paraId="06CC435E" w14:textId="77777777" w:rsidR="002A6887" w:rsidRDefault="78F6D32A" w:rsidP="00693859">
      <w:pPr>
        <w:spacing w:before="240"/>
      </w:pPr>
      <w:r>
        <w:t>5. A city had 95,680 residents. If 3,245 people moved away, how many residents remain?</w:t>
      </w:r>
    </w:p>
    <w:p w14:paraId="0415E0E2" w14:textId="128C2E21" w:rsidR="78F6D32A" w:rsidRDefault="78F6D32A" w:rsidP="00693859">
      <w:pPr>
        <w:spacing w:before="240"/>
      </w:pPr>
    </w:p>
    <w:p w14:paraId="5A65CD8E" w14:textId="77777777" w:rsidR="002A6887" w:rsidRDefault="78F6D32A" w:rsidP="00693859">
      <w:pPr>
        <w:spacing w:before="240"/>
      </w:pPr>
      <w:r>
        <w:t>6. A factory produced 3,425 water bottles each day for 15 days. How many bottles were produced?</w:t>
      </w:r>
    </w:p>
    <w:p w14:paraId="5DEAD31C" w14:textId="720AA58F" w:rsidR="78F6D32A" w:rsidRDefault="78F6D32A" w:rsidP="00693859">
      <w:pPr>
        <w:spacing w:before="240"/>
      </w:pPr>
    </w:p>
    <w:p w14:paraId="788AF566" w14:textId="77777777" w:rsidR="002A6887" w:rsidRDefault="78F6D32A" w:rsidP="00693859">
      <w:pPr>
        <w:spacing w:before="240"/>
      </w:pPr>
      <w:r>
        <w:t>7. A food bank collected 42,750 cans and distributed 18,465 cans. How many cans were left?</w:t>
      </w:r>
    </w:p>
    <w:p w14:paraId="2119D43B" w14:textId="7E444E7E" w:rsidR="78F6D32A" w:rsidRDefault="78F6D32A" w:rsidP="00693859">
      <w:pPr>
        <w:spacing w:before="240"/>
      </w:pPr>
    </w:p>
    <w:p w14:paraId="05F46986" w14:textId="77777777" w:rsidR="002A6887" w:rsidRDefault="78F6D32A" w:rsidP="00693859">
      <w:pPr>
        <w:spacing w:before="240"/>
      </w:pPr>
      <w:r>
        <w:t>8. A farmer harvested 24,685 potatoes. He sold 12,975 potatoes. How many potatoes does he have left?</w:t>
      </w:r>
    </w:p>
    <w:p w14:paraId="42844CEF" w14:textId="4FFD078B" w:rsidR="78F6D32A" w:rsidRDefault="78F6D32A" w:rsidP="00693859">
      <w:pPr>
        <w:spacing w:before="240"/>
      </w:pPr>
    </w:p>
    <w:p w14:paraId="37B1B13A" w14:textId="77777777" w:rsidR="002A6887" w:rsidRDefault="78F6D32A" w:rsidP="00693859">
      <w:pPr>
        <w:spacing w:before="240"/>
      </w:pPr>
      <w:r>
        <w:t>9. A stadium has 48,500 seats. If 43,875 seats were filled, how many seats were empty?</w:t>
      </w:r>
    </w:p>
    <w:p w14:paraId="449FF094" w14:textId="027D5963" w:rsidR="78F6D32A" w:rsidRDefault="78F6D32A" w:rsidP="00693859">
      <w:pPr>
        <w:spacing w:before="240"/>
      </w:pPr>
    </w:p>
    <w:p w14:paraId="3EAB6256" w14:textId="77777777" w:rsidR="002A6887" w:rsidRDefault="78F6D32A" w:rsidP="00693859">
      <w:pPr>
        <w:spacing w:before="240"/>
      </w:pPr>
      <w:r>
        <w:lastRenderedPageBreak/>
        <w:t>10. A shipping company delivered 5,275 packages each day for 12 days. How many packages were delivered in total?</w:t>
      </w:r>
    </w:p>
    <w:p w14:paraId="1470EEE3" w14:textId="5361DD67" w:rsidR="78F6D32A" w:rsidRDefault="78F6D32A" w:rsidP="00693859">
      <w:pPr>
        <w:spacing w:before="240"/>
      </w:pPr>
    </w:p>
    <w:p w14:paraId="08F69B44" w14:textId="77777777" w:rsidR="002A6887" w:rsidRDefault="78F6D32A" w:rsidP="00693859">
      <w:pPr>
        <w:spacing w:before="240"/>
      </w:pPr>
      <w:r>
        <w:t>11. A store sold 13,485 toys in November and 12,960 toys in December. How many toys were sold altogether?</w:t>
      </w:r>
    </w:p>
    <w:p w14:paraId="7A8C46BA" w14:textId="306089EB" w:rsidR="78F6D32A" w:rsidRDefault="78F6D32A" w:rsidP="00693859">
      <w:pPr>
        <w:spacing w:before="240"/>
      </w:pPr>
    </w:p>
    <w:p w14:paraId="280FE67A" w14:textId="77777777" w:rsidR="002A6887" w:rsidRDefault="78F6D32A" w:rsidP="00693859">
      <w:pPr>
        <w:spacing w:before="240"/>
      </w:pPr>
      <w:r>
        <w:t>12. A museum welcomed 76,350 visitors this year. Last year, it welcomed 68,925 visitors. How many more visitors came this year?</w:t>
      </w:r>
    </w:p>
    <w:p w14:paraId="5DBF9126" w14:textId="60A04C31" w:rsidR="78F6D32A" w:rsidRDefault="78F6D32A" w:rsidP="00693859">
      <w:pPr>
        <w:spacing w:before="240"/>
      </w:pPr>
    </w:p>
    <w:p w14:paraId="06EB4C74" w14:textId="77777777" w:rsidR="002A6887" w:rsidRDefault="78F6D32A" w:rsidP="00693859">
      <w:pPr>
        <w:spacing w:before="240"/>
      </w:pPr>
      <w:r>
        <w:t>13. A school ordered 2,450 pencils for each of its 18 classrooms. How many pencils were ordered?</w:t>
      </w:r>
    </w:p>
    <w:p w14:paraId="57456FA3" w14:textId="75AE4E14" w:rsidR="78F6D32A" w:rsidRDefault="78F6D32A" w:rsidP="00693859">
      <w:pPr>
        <w:spacing w:before="240"/>
      </w:pPr>
    </w:p>
    <w:p w14:paraId="387F0051" w14:textId="77777777" w:rsidR="002A6887" w:rsidRDefault="78F6D32A" w:rsidP="00693859">
      <w:pPr>
        <w:spacing w:before="240"/>
      </w:pPr>
      <w:r>
        <w:t>14. A recycling centre collected 35,480 bottles and 27,965 cans. How many items were collected altogether?</w:t>
      </w:r>
    </w:p>
    <w:p w14:paraId="032FE819" w14:textId="70924626" w:rsidR="78F6D32A" w:rsidRDefault="78F6D32A"/>
    <w:p w14:paraId="4312EC71" w14:textId="58809AB4" w:rsidR="002A6887" w:rsidRPr="00693859" w:rsidRDefault="78F6D32A" w:rsidP="00693859">
      <w:pPr>
        <w:pStyle w:val="Heading1"/>
        <w:spacing w:before="0" w:line="240" w:lineRule="auto"/>
        <w:rPr>
          <w:sz w:val="20"/>
          <w:szCs w:val="20"/>
        </w:rPr>
      </w:pPr>
      <w:r w:rsidRPr="00693859">
        <w:rPr>
          <w:sz w:val="20"/>
          <w:szCs w:val="20"/>
        </w:rPr>
        <w:t>Answer Key</w:t>
      </w:r>
    </w:p>
    <w:p w14:paraId="619AE181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1. 41,164</w:t>
      </w:r>
    </w:p>
    <w:p w14:paraId="76ED7502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2. 92,765</w:t>
      </w:r>
    </w:p>
    <w:p w14:paraId="2F8E03F1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3. 26,913</w:t>
      </w:r>
    </w:p>
    <w:p w14:paraId="53F2F066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4. 18,335</w:t>
      </w:r>
    </w:p>
    <w:p w14:paraId="125979DC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5. 92,435</w:t>
      </w:r>
    </w:p>
    <w:p w14:paraId="1EAE7851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6. 51,375</w:t>
      </w:r>
    </w:p>
    <w:p w14:paraId="4FF5A211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7. 24,285</w:t>
      </w:r>
    </w:p>
    <w:p w14:paraId="45E66B5F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8. 11,710</w:t>
      </w:r>
    </w:p>
    <w:p w14:paraId="44E36073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9. 4,625</w:t>
      </w:r>
    </w:p>
    <w:p w14:paraId="083C700B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10. 63,300</w:t>
      </w:r>
    </w:p>
    <w:p w14:paraId="4A1AF1CA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11. 26,445</w:t>
      </w:r>
    </w:p>
    <w:p w14:paraId="7FAEB357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12. 7,425</w:t>
      </w:r>
    </w:p>
    <w:p w14:paraId="6F657328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13. 44,100</w:t>
      </w:r>
    </w:p>
    <w:p w14:paraId="1EFF215C" w14:textId="77777777" w:rsidR="002A6887" w:rsidRPr="00693859" w:rsidRDefault="78F6D32A" w:rsidP="00693859">
      <w:pPr>
        <w:spacing w:line="240" w:lineRule="auto"/>
        <w:rPr>
          <w:b/>
          <w:bCs/>
          <w:sz w:val="20"/>
          <w:szCs w:val="20"/>
        </w:rPr>
      </w:pPr>
      <w:r w:rsidRPr="00693859">
        <w:rPr>
          <w:b/>
          <w:bCs/>
          <w:sz w:val="20"/>
          <w:szCs w:val="20"/>
        </w:rPr>
        <w:t>14. 63,445</w:t>
      </w:r>
    </w:p>
    <w:p w14:paraId="1C79BBA3" w14:textId="75568015" w:rsidR="002A6887" w:rsidRDefault="002A6887"/>
    <w:sectPr w:rsidR="002A688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5614983">
    <w:abstractNumId w:val="8"/>
  </w:num>
  <w:num w:numId="2" w16cid:durableId="644235360">
    <w:abstractNumId w:val="6"/>
  </w:num>
  <w:num w:numId="3" w16cid:durableId="264381941">
    <w:abstractNumId w:val="5"/>
  </w:num>
  <w:num w:numId="4" w16cid:durableId="1520004043">
    <w:abstractNumId w:val="4"/>
  </w:num>
  <w:num w:numId="5" w16cid:durableId="1579706713">
    <w:abstractNumId w:val="7"/>
  </w:num>
  <w:num w:numId="6" w16cid:durableId="1157838939">
    <w:abstractNumId w:val="3"/>
  </w:num>
  <w:num w:numId="7" w16cid:durableId="1914196047">
    <w:abstractNumId w:val="2"/>
  </w:num>
  <w:num w:numId="8" w16cid:durableId="136724054">
    <w:abstractNumId w:val="1"/>
  </w:num>
  <w:num w:numId="9" w16cid:durableId="1876429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6887"/>
    <w:rsid w:val="00326F90"/>
    <w:rsid w:val="00693859"/>
    <w:rsid w:val="00AA1D8D"/>
    <w:rsid w:val="00B47730"/>
    <w:rsid w:val="00CB0664"/>
    <w:rsid w:val="00FC693F"/>
    <w:rsid w:val="00FD3237"/>
    <w:rsid w:val="054127C7"/>
    <w:rsid w:val="78F6D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981E3C-80E3-4B67-A10C-77294336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1504</Characters>
  <Application>Microsoft Office Word</Application>
  <DocSecurity>0</DocSecurity>
  <Lines>12</Lines>
  <Paragraphs>3</Paragraphs>
  <ScaleCrop>false</ScaleCrop>
  <Manager/>
  <Company/>
  <LinksUpToDate>false</LinksUpToDate>
  <CharactersWithSpaces>1764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Buggie, Olivia (ASD-N)</dc:creator>
  <cp:keywords/>
  <dc:description>generated by python-docx</dc:description>
  <cp:lastModifiedBy>Buggie, Olivia (ASD-N)</cp:lastModifiedBy>
  <cp:revision>3</cp:revision>
  <dcterms:created xsi:type="dcterms:W3CDTF">2026-09-28T12:34:00Z</dcterms:created>
  <dcterms:modified xsi:type="dcterms:W3CDTF">2026-09-28T12:40:00Z</dcterms:modified>
  <cp:category/>
</cp:coreProperties>
</file>