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2AC121C7" wp14:textId="77777777">
      <w:pPr>
        <w:pStyle w:val="Title"/>
        <w:jc w:val="center"/>
      </w:pPr>
      <w:r>
        <w:t>Grade 6 BEDMAS Homework Practice</w:t>
      </w:r>
    </w:p>
    <w:p xmlns:wp14="http://schemas.microsoft.com/office/word/2010/wordml" w14:paraId="3291BA93" wp14:textId="77777777">
      <w:r>
        <w:t>Use BEDMAS to solve each question. Show all of your work.</w:t>
      </w:r>
      <w:r>
        <w:br/>
      </w:r>
      <w:r>
        <w:br/>
      </w:r>
      <w:r>
        <w:rPr>
          <w:b/>
        </w:rPr>
        <w:t>Remember: An answer key is a tool for learning, not for copying. Complete each question first, then use the answer key to check your work and find any mistakes.</w:t>
      </w:r>
    </w:p>
    <w:p xmlns:wp14="http://schemas.microsoft.com/office/word/2010/wordml" w14:paraId="5235B00A" wp14:textId="67CBCE43">
      <w:r w:rsidR="1750ED72">
        <w:rPr/>
        <w:t>1. 7 + 4 × 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1750ED72">
        <w:rPr/>
        <w:t>2. 12 - 2 × 5</w:t>
      </w:r>
    </w:p>
    <w:p w:rsidR="1750ED72" w:rsidRDefault="1750ED72" w14:paraId="5545EE88" w14:textId="54D5B120"/>
    <w:p w:rsidR="1750ED72" w:rsidRDefault="1750ED72" w14:paraId="2D62C6A1" w14:textId="69152D0A"/>
    <w:p xmlns:wp14="http://schemas.microsoft.com/office/word/2010/wordml" w14:paraId="25C60459" wp14:textId="0D044FE5">
      <w:r w:rsidR="1750ED72">
        <w:rPr/>
        <w:t>3. 9 + (8 - 5)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1750ED72">
        <w:rPr/>
        <w:t>4. (7 + 6) × 2</w:t>
      </w:r>
    </w:p>
    <w:p w:rsidR="1750ED72" w:rsidRDefault="1750ED72" w14:paraId="4808A8C9" w14:textId="47A25519"/>
    <w:p w:rsidR="1750ED72" w:rsidRDefault="1750ED72" w14:paraId="432F269E" w14:textId="3069326F"/>
    <w:p xmlns:wp14="http://schemas.microsoft.com/office/word/2010/wordml" w14:paraId="27247907" wp14:textId="71BCF19F">
      <w:r w:rsidR="1750ED72">
        <w:rPr/>
        <w:t>5. 24 ÷ 6 + 5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1750ED72">
        <w:rPr/>
        <w:t>6. 18 - 12 ÷ 4</w:t>
      </w:r>
    </w:p>
    <w:p w:rsidR="1750ED72" w:rsidRDefault="1750ED72" w14:paraId="263E6ACA" w14:textId="432EFE0F"/>
    <w:p w:rsidR="1750ED72" w:rsidRDefault="1750ED72" w14:paraId="6BFBF711" w14:textId="022151D3"/>
    <w:p xmlns:wp14="http://schemas.microsoft.com/office/word/2010/wordml" w14:paraId="0E69A989" wp14:textId="2B535E82">
      <w:r w:rsidR="1750ED72">
        <w:rPr/>
        <w:t>7. 16 ÷ 4 + 3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1750ED72">
        <w:rPr/>
        <w:t>8. 2 × (10 - 4)</w:t>
      </w:r>
    </w:p>
    <w:p w:rsidR="1750ED72" w:rsidRDefault="1750ED72" w14:paraId="7FECECD1" w14:textId="7857BFAC"/>
    <w:p w:rsidR="1750ED72" w:rsidRDefault="1750ED72" w14:paraId="5BC573B8" w14:textId="129492FF"/>
    <w:p xmlns:wp14="http://schemas.microsoft.com/office/word/2010/wordml" w14:paraId="76EE4C32" wp14:textId="571BE892">
      <w:r w:rsidR="1750ED72">
        <w:rPr/>
        <w:t>9. 3 + 16 ÷ 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1750ED72">
        <w:rPr/>
        <w:t>10. 30 - (8 + 7)</w:t>
      </w:r>
    </w:p>
    <w:p w:rsidR="1750ED72" w:rsidRDefault="1750ED72" w14:paraId="5F36692E" w14:textId="1E98B5F7"/>
    <w:p w:rsidR="1750ED72" w:rsidRDefault="1750ED72" w14:paraId="06013004" w14:textId="057EDB83"/>
    <w:p xmlns:wp14="http://schemas.microsoft.com/office/word/2010/wordml" w14:paraId="66A00F83" wp14:textId="09C1078D">
      <w:r w:rsidR="1750ED72">
        <w:rPr/>
        <w:t>11. 4 × 3 + 8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1750ED72">
        <w:rPr/>
        <w:t>12. 18 ÷ (6 - 3)</w:t>
      </w:r>
    </w:p>
    <w:p w:rsidR="1750ED72" w:rsidRDefault="1750ED72" w14:paraId="098F3EDE" w14:textId="68EAE1AE"/>
    <w:p w:rsidR="1750ED72" w:rsidRDefault="1750ED72" w14:paraId="35286C7A" w14:textId="196A292A"/>
    <w:p xmlns:wp14="http://schemas.microsoft.com/office/word/2010/wordml" w14:paraId="2FB744D4" wp14:textId="7FC62108">
      <w:r w:rsidR="1750ED72">
        <w:rPr/>
        <w:t>13. 20 - 2 × (5 + 1)</w:t>
      </w:r>
      <w:r>
        <w:tab/>
      </w:r>
      <w:r>
        <w:tab/>
      </w:r>
      <w:r>
        <w:tab/>
      </w:r>
      <w:r>
        <w:tab/>
      </w:r>
      <w:r>
        <w:tab/>
      </w:r>
      <w:r w:rsidR="1750ED72">
        <w:rPr/>
        <w:t>14. 12 ÷ 3 + 4 × 2</w:t>
      </w:r>
    </w:p>
    <w:p xmlns:wp14="http://schemas.microsoft.com/office/word/2010/wordml" w14:paraId="4EC785A3" wp14:textId="56544710"/>
    <w:p xmlns:wp14="http://schemas.microsoft.com/office/word/2010/wordml" w:rsidP="1750ED72" w14:paraId="52B09D64" wp14:textId="69CEFEDC">
      <w:pPr>
        <w:pStyle w:val="Normal"/>
      </w:pPr>
    </w:p>
    <w:p xmlns:wp14="http://schemas.microsoft.com/office/word/2010/wordml" w14:paraId="672A6659" wp14:textId="77777777">
      <w:r>
        <w:br w:type="page"/>
      </w:r>
    </w:p>
    <w:p xmlns:wp14="http://schemas.microsoft.com/office/word/2010/wordml" w14:paraId="4312EC71" wp14:textId="77777777">
      <w:pPr>
        <w:pStyle w:val="Heading1"/>
      </w:pPr>
      <w:r>
        <w:t>Answer Key</w:t>
      </w:r>
    </w:p>
    <w:p xmlns:wp14="http://schemas.microsoft.com/office/word/2010/wordml" w14:paraId="1DA227DD" wp14:textId="77777777">
      <w:r>
        <w:t>Check your work after completing the worksheet.</w:t>
      </w:r>
    </w:p>
    <w:p xmlns:wp14="http://schemas.microsoft.com/office/word/2010/wordml" w14:paraId="3A64B83E" wp14:textId="77777777">
      <w:r>
        <w:t>1. 19</w:t>
      </w:r>
    </w:p>
    <w:p xmlns:wp14="http://schemas.microsoft.com/office/word/2010/wordml" w14:paraId="121FFF3E" wp14:textId="77777777">
      <w:r>
        <w:t>2. 2</w:t>
      </w:r>
    </w:p>
    <w:p xmlns:wp14="http://schemas.microsoft.com/office/word/2010/wordml" w14:paraId="7EBA7892" wp14:textId="77777777">
      <w:r>
        <w:t>3. 12</w:t>
      </w:r>
    </w:p>
    <w:p xmlns:wp14="http://schemas.microsoft.com/office/word/2010/wordml" w14:paraId="226263D7" wp14:textId="77777777">
      <w:r>
        <w:t>4. 26</w:t>
      </w:r>
    </w:p>
    <w:p xmlns:wp14="http://schemas.microsoft.com/office/word/2010/wordml" w14:paraId="4B3DDFE2" wp14:textId="77777777">
      <w:r>
        <w:t>5. 9</w:t>
      </w:r>
    </w:p>
    <w:p xmlns:wp14="http://schemas.microsoft.com/office/word/2010/wordml" w14:paraId="1FDA406A" wp14:textId="77777777">
      <w:r>
        <w:t>6. 15</w:t>
      </w:r>
    </w:p>
    <w:p xmlns:wp14="http://schemas.microsoft.com/office/word/2010/wordml" w14:paraId="2F9245E4" wp14:textId="77777777">
      <w:r>
        <w:t>7. 7</w:t>
      </w:r>
    </w:p>
    <w:p xmlns:wp14="http://schemas.microsoft.com/office/word/2010/wordml" w14:paraId="33FC0AFD" wp14:textId="77777777">
      <w:r>
        <w:t>8. 12</w:t>
      </w:r>
    </w:p>
    <w:p xmlns:wp14="http://schemas.microsoft.com/office/word/2010/wordml" w14:paraId="71F098C5" wp14:textId="77777777">
      <w:r>
        <w:t>9. 7</w:t>
      </w:r>
    </w:p>
    <w:p xmlns:wp14="http://schemas.microsoft.com/office/word/2010/wordml" w14:paraId="36FD0EF1" wp14:textId="77777777">
      <w:r>
        <w:t>10. 15</w:t>
      </w:r>
    </w:p>
    <w:p xmlns:wp14="http://schemas.microsoft.com/office/word/2010/wordml" w14:paraId="0B78997E" wp14:textId="77777777">
      <w:r>
        <w:t>11. 20</w:t>
      </w:r>
    </w:p>
    <w:p xmlns:wp14="http://schemas.microsoft.com/office/word/2010/wordml" w14:paraId="130BF47F" wp14:textId="77777777">
      <w:r>
        <w:t>12. 6</w:t>
      </w:r>
    </w:p>
    <w:p xmlns:wp14="http://schemas.microsoft.com/office/word/2010/wordml" w14:paraId="53C70A80" wp14:textId="77777777">
      <w:r>
        <w:t>13. 8</w:t>
      </w:r>
    </w:p>
    <w:p xmlns:wp14="http://schemas.microsoft.com/office/word/2010/wordml" w14:paraId="47C603F5" wp14:textId="77777777">
      <w:r>
        <w:t>14. 12</w:t>
      </w:r>
    </w:p>
    <w:p xmlns:wp14="http://schemas.microsoft.com/office/word/2010/wordml" w14:paraId="0C88A7D0" wp14:textId="77777777">
      <w:r>
        <w:t>15. 7</w:t>
      </w:r>
    </w:p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750ED72"/>
    <w:rsid w:val="33A5A984"/>
    <w:rsid w:val="3622F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C5EE5F93-DE4B-4AEF-A24F-A8F92A4D85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Buggie, Olivia (ASD-N)</dc:creator>
  <keywords/>
  <dc:description>generated by python-docx</dc:description>
  <lastModifiedBy>Buggie, Olivia (ASD-N)</lastModifiedBy>
  <revision>2</revision>
  <dcterms:created xsi:type="dcterms:W3CDTF">2026-09-15T09:40:30.9922248Z</dcterms:created>
  <dcterms:modified xsi:type="dcterms:W3CDTF">2026-09-15T09:42:56.1778957Z</dcterms:modified>
  <category/>
</coreProperties>
</file>